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871B" w14:textId="459B2353" w:rsidR="5EDF1401" w:rsidRDefault="5EDF1401" w:rsidP="2CE49B30">
      <w:pPr>
        <w:jc w:val="center"/>
      </w:pPr>
      <w:r w:rsidRPr="2CE49B30">
        <w:rPr>
          <w:rFonts w:ascii="Aptos Display" w:eastAsia="Aptos Display" w:hAnsi="Aptos Display"/>
          <w:b/>
          <w:bCs/>
          <w:color w:val="1F4E79"/>
          <w:sz w:val="40"/>
          <w:szCs w:val="40"/>
        </w:rPr>
        <w:t>Homes of the Week</w:t>
      </w:r>
    </w:p>
    <w:p w14:paraId="2010DE47" w14:textId="77777777" w:rsidR="006309D5" w:rsidRDefault="00000000">
      <w:pPr>
        <w:spacing w:after="160"/>
        <w:jc w:val="center"/>
      </w:pPr>
      <w:r>
        <w:rPr>
          <w:color w:val="595959"/>
          <w:sz w:val="18"/>
        </w:rPr>
        <w:t xml:space="preserve">Address, community, price, </w:t>
      </w:r>
      <w:proofErr w:type="gramStart"/>
      <w:r>
        <w:rPr>
          <w:color w:val="595959"/>
          <w:sz w:val="18"/>
        </w:rPr>
        <w:t>build</w:t>
      </w:r>
      <w:proofErr w:type="gramEnd"/>
      <w:r>
        <w:rPr>
          <w:color w:val="595959"/>
          <w:sz w:val="18"/>
        </w:rPr>
        <w:t xml:space="preserve"> stage, and home details</w:t>
      </w:r>
    </w:p>
    <w:tbl>
      <w:tblPr>
        <w:tblStyle w:val="TableGrid"/>
        <w:tblW w:w="16016" w:type="dxa"/>
        <w:jc w:val="center"/>
        <w:tblLayout w:type="fixed"/>
        <w:tblLook w:val="04A0" w:firstRow="1" w:lastRow="0" w:firstColumn="1" w:lastColumn="0" w:noHBand="0" w:noVBand="1"/>
      </w:tblPr>
      <w:tblGrid>
        <w:gridCol w:w="3716"/>
        <w:gridCol w:w="2801"/>
        <w:gridCol w:w="2068"/>
        <w:gridCol w:w="1470"/>
        <w:gridCol w:w="1470"/>
        <w:gridCol w:w="1530"/>
        <w:gridCol w:w="1470"/>
        <w:gridCol w:w="1491"/>
      </w:tblGrid>
      <w:tr w:rsidR="00D36C74" w14:paraId="49EB13E4" w14:textId="77777777" w:rsidTr="00E20702">
        <w:trPr>
          <w:tblHeader/>
          <w:jc w:val="center"/>
        </w:trPr>
        <w:tc>
          <w:tcPr>
            <w:tcW w:w="3716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D2A083" w14:textId="77777777" w:rsidR="00D36C74" w:rsidRPr="00BD3DD3" w:rsidRDefault="00D36C74" w:rsidP="2CE49B30">
            <w:pPr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811405">
              <w:rPr>
                <w:b/>
                <w:bCs/>
                <w:color w:val="FFFFFF" w:themeColor="background1"/>
                <w:sz w:val="16"/>
                <w:szCs w:val="16"/>
              </w:rPr>
              <w:t>Address</w:t>
            </w:r>
          </w:p>
        </w:tc>
        <w:tc>
          <w:tcPr>
            <w:tcW w:w="280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FF993E" w14:textId="77777777" w:rsidR="00D36C74" w:rsidRDefault="00D36C74">
            <w:pPr>
              <w:jc w:val="center"/>
            </w:pPr>
            <w:r>
              <w:rPr>
                <w:b/>
                <w:color w:val="FFFFFF"/>
              </w:rPr>
              <w:t>Community</w:t>
            </w:r>
          </w:p>
        </w:tc>
        <w:tc>
          <w:tcPr>
            <w:tcW w:w="20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80BA2" w14:textId="2A0A5261" w:rsidR="00D36C74" w:rsidRPr="00683CC9" w:rsidRDefault="00D36C74" w:rsidP="00D36C74">
            <w:pPr>
              <w:jc w:val="center"/>
            </w:pPr>
            <w:r w:rsidRPr="00683CC9">
              <w:rPr>
                <w:b/>
                <w:bCs/>
                <w:color w:val="FFFFFF"/>
              </w:rPr>
              <w:t xml:space="preserve">Original </w:t>
            </w:r>
            <w:r w:rsidRPr="00683CC9">
              <w:rPr>
                <w:b/>
                <w:color w:val="FFFFFF"/>
              </w:rPr>
              <w:t>Price</w:t>
            </w:r>
          </w:p>
        </w:tc>
        <w:tc>
          <w:tcPr>
            <w:tcW w:w="1470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</w:tcPr>
          <w:p w14:paraId="6F1FF64C" w14:textId="56DEBE0C" w:rsidR="00D36C74" w:rsidRPr="00683CC9" w:rsidRDefault="00D36C74" w:rsidP="00D36C74">
            <w:pPr>
              <w:jc w:val="center"/>
              <w:rPr>
                <w:b/>
                <w:color w:val="FFFFFF"/>
              </w:rPr>
            </w:pPr>
            <w:r w:rsidRPr="00683CC9">
              <w:rPr>
                <w:b/>
                <w:bCs/>
                <w:color w:val="FFFFFF"/>
              </w:rPr>
              <w:t>Adjusted Price</w:t>
            </w:r>
          </w:p>
        </w:tc>
        <w:tc>
          <w:tcPr>
            <w:tcW w:w="1470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E7A217" w14:textId="54F8FD73" w:rsidR="00D36C74" w:rsidRPr="00683CC9" w:rsidRDefault="00D36C74">
            <w:pPr>
              <w:jc w:val="center"/>
            </w:pPr>
            <w:r w:rsidRPr="00683CC9">
              <w:rPr>
                <w:b/>
                <w:color w:val="FFFFFF"/>
              </w:rPr>
              <w:t>Stage</w:t>
            </w:r>
          </w:p>
        </w:tc>
        <w:tc>
          <w:tcPr>
            <w:tcW w:w="1530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75BDE" w14:textId="77777777" w:rsidR="00D36C74" w:rsidRPr="00683CC9" w:rsidRDefault="00D36C74">
            <w:pPr>
              <w:jc w:val="center"/>
            </w:pPr>
            <w:r w:rsidRPr="00683CC9">
              <w:rPr>
                <w:b/>
                <w:color w:val="FFFFFF"/>
              </w:rPr>
              <w:t>Beds</w:t>
            </w:r>
          </w:p>
        </w:tc>
        <w:tc>
          <w:tcPr>
            <w:tcW w:w="1470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A61533" w14:textId="77777777" w:rsidR="00D36C74" w:rsidRPr="00683CC9" w:rsidRDefault="00D36C74">
            <w:pPr>
              <w:jc w:val="center"/>
            </w:pPr>
            <w:r w:rsidRPr="00683CC9">
              <w:rPr>
                <w:b/>
                <w:color w:val="FFFFFF"/>
              </w:rPr>
              <w:t>Baths</w:t>
            </w:r>
          </w:p>
        </w:tc>
        <w:tc>
          <w:tcPr>
            <w:tcW w:w="149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DD8F2" w14:textId="77777777" w:rsidR="00D36C74" w:rsidRPr="00683CC9" w:rsidRDefault="00D36C74">
            <w:pPr>
              <w:jc w:val="center"/>
            </w:pPr>
            <w:r w:rsidRPr="00683CC9">
              <w:rPr>
                <w:b/>
                <w:color w:val="FFFFFF"/>
              </w:rPr>
              <w:t>Sq. Ft.</w:t>
            </w:r>
          </w:p>
        </w:tc>
      </w:tr>
      <w:tr w:rsidR="00602B8C" w14:paraId="31CE60F5" w14:textId="77777777" w:rsidTr="00E20702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4DF414" w14:textId="7A88DBE0" w:rsidR="00602B8C" w:rsidRPr="00BD3DD3" w:rsidRDefault="00602B8C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BD3DD3">
              <w:rPr>
                <w:b/>
                <w:bCs/>
                <w:color w:val="002060"/>
                <w:sz w:val="16"/>
                <w:szCs w:val="16"/>
              </w:rPr>
              <w:t>1216 Mahogany Lane, Piedmont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FFABFA" w14:textId="77777777" w:rsidR="00602B8C" w:rsidRPr="0005707E" w:rsidRDefault="00602B8C" w:rsidP="2CE49B30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  <w:szCs w:val="16"/>
              </w:rPr>
              <w:t>Autumn Chase at Town Central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A5C069" w14:textId="3A425705" w:rsidR="00602B8C" w:rsidRPr="00DD1526" w:rsidRDefault="00602B8C" w:rsidP="00602B8C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  <w:szCs w:val="16"/>
              </w:rPr>
              <w:t>$</w:t>
            </w:r>
            <w:r w:rsidRPr="00DD1526">
              <w:rPr>
                <w:b/>
                <w:bCs/>
                <w:color w:val="002060"/>
                <w:sz w:val="16"/>
                <w:szCs w:val="16"/>
              </w:rPr>
              <w:t>3</w:t>
            </w:r>
            <w:r w:rsidR="005A0CF4" w:rsidRPr="00DD1526">
              <w:rPr>
                <w:b/>
                <w:bCs/>
                <w:color w:val="002060"/>
                <w:sz w:val="16"/>
                <w:szCs w:val="16"/>
              </w:rPr>
              <w:t>17,990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4B78DC96" w14:textId="4110EA59" w:rsidR="00602B8C" w:rsidRPr="00620542" w:rsidRDefault="00602B8C" w:rsidP="00602B8C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$304,</w:t>
            </w:r>
            <w:r w:rsidR="00B83A1F" w:rsidRPr="00620542">
              <w:rPr>
                <w:b/>
                <w:bCs/>
                <w:color w:val="FF0000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73E586" w14:textId="196ED1F1" w:rsidR="00602B8C" w:rsidRPr="0005707E" w:rsidRDefault="00602B8C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12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98DEE6" w14:textId="77777777" w:rsidR="00602B8C" w:rsidRPr="0005707E" w:rsidRDefault="00602B8C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F999B5" w14:textId="77777777" w:rsidR="00602B8C" w:rsidRPr="0005707E" w:rsidRDefault="00602B8C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5B26F6" w14:textId="77777777" w:rsidR="00602B8C" w:rsidRPr="0005707E" w:rsidRDefault="00602B8C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1,796</w:t>
            </w:r>
          </w:p>
        </w:tc>
      </w:tr>
      <w:tr w:rsidR="00E20702" w14:paraId="0B0D933F" w14:textId="77777777" w:rsidTr="00061947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C55F9E" w14:textId="7959B1F0" w:rsidR="00E20702" w:rsidRPr="00BD3DD3" w:rsidRDefault="002F1ACC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F736EE">
              <w:rPr>
                <w:b/>
                <w:bCs/>
                <w:color w:val="002060"/>
                <w:sz w:val="16"/>
                <w:szCs w:val="16"/>
              </w:rPr>
              <w:t>3108 Buffalo Farms Blvd</w:t>
            </w:r>
            <w:r w:rsidR="00F736EE" w:rsidRPr="00F736EE">
              <w:rPr>
                <w:b/>
                <w:bCs/>
                <w:color w:val="002060"/>
                <w:sz w:val="16"/>
                <w:szCs w:val="16"/>
              </w:rPr>
              <w:t xml:space="preserve"/>
            </w:r>
            <w:r w:rsidR="00F736EE" w:rsidRPr="00F736EE">
              <w:rPr>
                <w:b/>
                <w:bCs/>
                <w:color w:val="002060"/>
                <w:sz w:val="16"/>
                <w:szCs w:val="16"/>
                <w:vertAlign w:val="superscript"/>
              </w:rPr>
              <w:t/>
            </w:r>
            <w:r w:rsidR="00F736EE" w:rsidRPr="00F736EE">
              <w:rPr>
                <w:b/>
                <w:bCs/>
                <w:color w:val="002060"/>
                <w:sz w:val="16"/>
                <w:szCs w:val="16"/>
              </w:rPr>
              <w:t xml:space="preserve"/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DBD938" w14:textId="77777777" w:rsidR="00E20702" w:rsidRPr="0005707E" w:rsidRDefault="00E20702" w:rsidP="2CE49B30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  <w:szCs w:val="16"/>
              </w:rPr>
              <w:t>Buffalo Farms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655AF6" w14:textId="398D5D41" w:rsidR="00E20702" w:rsidRPr="00DD1526" w:rsidRDefault="00E20702" w:rsidP="00E20702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bCs/>
                <w:color w:val="002060"/>
                <w:sz w:val="16"/>
                <w:szCs w:val="16"/>
              </w:rPr>
              <w:t>$2</w:t>
            </w:r>
            <w:r w:rsidR="00F736EE">
              <w:rPr>
                <w:b/>
                <w:bCs/>
                <w:color w:val="002060"/>
                <w:sz w:val="16"/>
                <w:szCs w:val="16"/>
              </w:rPr>
              <w:t>45,990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46C31117" w14:textId="39A9BEC0" w:rsidR="00E20702" w:rsidRPr="00620542" w:rsidRDefault="00E20702" w:rsidP="00E20702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B83A1F" w:rsidRPr="00620542">
              <w:rPr>
                <w:b/>
                <w:bCs/>
                <w:color w:val="FF0000"/>
                <w:sz w:val="16"/>
                <w:szCs w:val="16"/>
              </w:rPr>
              <w:t>3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7</w:t>
            </w:r>
            <w:r w:rsidR="00B83A1F" w:rsidRPr="00620542">
              <w:rPr>
                <w:b/>
                <w:bCs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DF98D7" w14:textId="7E6E7A49" w:rsidR="00E20702" w:rsidRPr="0005707E" w:rsidRDefault="00E20702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</w:t>
            </w:r>
            <w:r w:rsidR="00F736EE">
              <w:rPr>
                <w:color w:val="002060"/>
                <w:sz w:val="16"/>
              </w:rPr>
              <w:t>3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941E47" w14:textId="77777777" w:rsidR="00E20702" w:rsidRPr="0005707E" w:rsidRDefault="00E20702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5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508AC1" w14:textId="77777777" w:rsidR="00E20702" w:rsidRPr="0005707E" w:rsidRDefault="00E20702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2.5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5FAA3D" w14:textId="77777777" w:rsidR="00E20702" w:rsidRPr="0005707E" w:rsidRDefault="00E20702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1,892</w:t>
            </w:r>
          </w:p>
        </w:tc>
      </w:tr>
      <w:tr w:rsidR="00061947" w14:paraId="08196DF0" w14:textId="77777777" w:rsidTr="00135A6B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33636F" w14:textId="49A23411" w:rsidR="00061947" w:rsidRPr="00BD3DD3" w:rsidRDefault="00B83A1F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1910 Redbud Way, El Reno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980B217" w14:textId="77777777" w:rsidR="00061947" w:rsidRPr="0005707E" w:rsidRDefault="00061947" w:rsidP="2CE49B30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  <w:szCs w:val="16"/>
              </w:rPr>
              <w:t>Crimson Lake Estates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8E3EAC" w14:textId="2C3E6416" w:rsidR="00061947" w:rsidRPr="00DD1526" w:rsidRDefault="00061947" w:rsidP="00061947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  <w:szCs w:val="16"/>
              </w:rPr>
              <w:t>$</w:t>
            </w:r>
            <w:r w:rsidRPr="00DD1526">
              <w:rPr>
                <w:b/>
                <w:bCs/>
                <w:color w:val="002060"/>
                <w:sz w:val="16"/>
                <w:szCs w:val="16"/>
              </w:rPr>
              <w:t>2</w:t>
            </w:r>
            <w:r w:rsidR="00B83A1F">
              <w:rPr>
                <w:b/>
                <w:bCs/>
                <w:color w:val="002060"/>
                <w:sz w:val="16"/>
                <w:szCs w:val="16"/>
              </w:rPr>
              <w:t>24,990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7D2F1354" w14:textId="1D7106A9" w:rsidR="00061947" w:rsidRPr="00620542" w:rsidRDefault="00061947" w:rsidP="00061947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B83A1F" w:rsidRPr="00620542">
              <w:rPr>
                <w:b/>
                <w:bCs/>
                <w:color w:val="FF0000"/>
                <w:sz w:val="16"/>
                <w:szCs w:val="16"/>
              </w:rPr>
              <w:t>18,000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4C502F" w14:textId="5AAF4BF0" w:rsidR="00061947" w:rsidRPr="0005707E" w:rsidRDefault="00061947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</w:t>
            </w:r>
            <w:r w:rsidR="00F736EE">
              <w:rPr>
                <w:color w:val="002060"/>
                <w:sz w:val="16"/>
              </w:rPr>
              <w:t>3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CD5EC4" w14:textId="4EA886AD" w:rsidR="00061947" w:rsidRPr="0005707E" w:rsidRDefault="00B83A1F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color w:val="002060"/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44751B" w14:textId="77777777" w:rsidR="00061947" w:rsidRPr="0005707E" w:rsidRDefault="00061947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AD8496" w14:textId="4236987B" w:rsidR="00061947" w:rsidRPr="0005707E" w:rsidRDefault="00061947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1,</w:t>
            </w:r>
            <w:r w:rsidR="00B83A1F">
              <w:rPr>
                <w:color w:val="002060"/>
                <w:sz w:val="16"/>
              </w:rPr>
              <w:t>572</w:t>
            </w:r>
          </w:p>
        </w:tc>
      </w:tr>
      <w:tr w:rsidR="00EE78F4" w14:paraId="0E4E4F62" w14:textId="77777777" w:rsidTr="00B060CB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4FF741" w14:textId="076DE0EA" w:rsidR="00EE78F4" w:rsidRPr="00BD3DD3" w:rsidRDefault="00F736EE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11633 SW 27</w:t>
            </w:r>
            <w:r w:rsidRPr="00F736EE">
              <w:rPr>
                <w:b/>
                <w:bCs/>
                <w:color w:val="002060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16"/>
                <w:szCs w:val="16"/>
              </w:rPr>
              <w:t xml:space="preserve"> Street, OKC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CD4650" w14:textId="355CB47B" w:rsidR="00EE78F4" w:rsidRPr="0005707E" w:rsidRDefault="00EE78F4" w:rsidP="2CE49B30">
            <w:pPr>
              <w:spacing w:line="252" w:lineRule="auto"/>
              <w:jc w:val="center"/>
              <w:rPr>
                <w:color w:val="002060"/>
                <w:sz w:val="16"/>
                <w:szCs w:val="16"/>
              </w:rPr>
            </w:pPr>
            <w:r w:rsidRPr="0005707E">
              <w:rPr>
                <w:color w:val="002060"/>
                <w:sz w:val="16"/>
                <w:szCs w:val="16"/>
              </w:rPr>
              <w:t>Fireside Creek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0F52C3" w14:textId="796E157F" w:rsidR="00EE78F4" w:rsidRPr="00DD1526" w:rsidRDefault="00EE78F4" w:rsidP="00061947">
            <w:pPr>
              <w:spacing w:line="252" w:lineRule="auto"/>
              <w:jc w:val="center"/>
              <w:rPr>
                <w:b/>
                <w:color w:val="002060"/>
                <w:sz w:val="16"/>
                <w:szCs w:val="16"/>
              </w:rPr>
            </w:pPr>
            <w:r w:rsidRPr="00DD1526">
              <w:rPr>
                <w:b/>
                <w:bCs/>
                <w:color w:val="002060"/>
                <w:sz w:val="16"/>
                <w:szCs w:val="16"/>
              </w:rPr>
              <w:t>$2</w:t>
            </w:r>
            <w:r w:rsidR="00F736EE">
              <w:rPr>
                <w:b/>
                <w:bCs/>
                <w:color w:val="002060"/>
                <w:sz w:val="16"/>
                <w:szCs w:val="16"/>
              </w:rPr>
              <w:t>57</w:t>
            </w:r>
            <w:r w:rsidR="00620542">
              <w:rPr>
                <w:b/>
                <w:bCs/>
                <w:color w:val="002060"/>
                <w:sz w:val="16"/>
                <w:szCs w:val="16"/>
              </w:rPr>
              <w:t>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49E6EBAA" w14:textId="3D24881C" w:rsidR="00EE78F4" w:rsidRPr="00620542" w:rsidRDefault="00B060CB" w:rsidP="00061947">
            <w:pPr>
              <w:spacing w:line="252" w:lineRule="auto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56</w:t>
            </w:r>
            <w:r w:rsidR="00B83A1F" w:rsidRPr="00620542">
              <w:rPr>
                <w:b/>
                <w:bCs/>
                <w:color w:val="FF0000"/>
                <w:sz w:val="16"/>
                <w:szCs w:val="16"/>
              </w:rPr>
              <w:t>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EBB705" w14:textId="36B92634" w:rsidR="00EE78F4" w:rsidRPr="0005707E" w:rsidRDefault="00F736EE">
            <w:pPr>
              <w:spacing w:line="252" w:lineRule="auto"/>
              <w:jc w:val="center"/>
              <w:rPr>
                <w:color w:val="002060"/>
                <w:sz w:val="16"/>
              </w:rPr>
            </w:pPr>
            <w:r>
              <w:rPr>
                <w:color w:val="002060"/>
                <w:sz w:val="16"/>
              </w:rPr>
              <w:t>06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D9019F" w14:textId="032B5018" w:rsidR="00EE78F4" w:rsidRPr="0005707E" w:rsidRDefault="00F736EE">
            <w:pPr>
              <w:spacing w:line="252" w:lineRule="auto"/>
              <w:jc w:val="center"/>
              <w:rPr>
                <w:color w:val="002060"/>
                <w:sz w:val="16"/>
              </w:rPr>
            </w:pPr>
            <w:r>
              <w:rPr>
                <w:color w:val="002060"/>
                <w:sz w:val="16"/>
              </w:rPr>
              <w:t>3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20238D" w14:textId="6A6825A2" w:rsidR="00EE78F4" w:rsidRPr="0005707E" w:rsidRDefault="00EE78F4">
            <w:pPr>
              <w:spacing w:line="252" w:lineRule="auto"/>
              <w:jc w:val="center"/>
              <w:rPr>
                <w:color w:val="002060"/>
                <w:sz w:val="16"/>
              </w:rPr>
            </w:pPr>
            <w:r w:rsidRPr="0005707E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00BC8D" w14:textId="4C5FD0CB" w:rsidR="00EE78F4" w:rsidRPr="0005707E" w:rsidRDefault="00EE78F4">
            <w:pPr>
              <w:spacing w:line="252" w:lineRule="auto"/>
              <w:jc w:val="center"/>
              <w:rPr>
                <w:color w:val="002060"/>
                <w:sz w:val="16"/>
              </w:rPr>
            </w:pPr>
            <w:r w:rsidRPr="0005707E">
              <w:rPr>
                <w:color w:val="002060"/>
                <w:sz w:val="16"/>
              </w:rPr>
              <w:t>1,</w:t>
            </w:r>
            <w:r w:rsidR="00F736EE">
              <w:rPr>
                <w:color w:val="002060"/>
                <w:sz w:val="16"/>
              </w:rPr>
              <w:t>414</w:t>
            </w:r>
          </w:p>
        </w:tc>
      </w:tr>
      <w:tr w:rsidR="00EE78F4" w14:paraId="60690008" w14:textId="77777777" w:rsidTr="00B060CB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F68766" w14:textId="3A6F530F" w:rsidR="00EE78F4" w:rsidRPr="00BD3DD3" w:rsidRDefault="00B060CB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10209 NW 27</w:t>
            </w:r>
            <w:r w:rsidRPr="00B060CB">
              <w:rPr>
                <w:b/>
                <w:bCs/>
                <w:color w:val="002060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16"/>
                <w:szCs w:val="16"/>
              </w:rPr>
              <w:t xml:space="preserve"> Street, Yukon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50C6AF" w14:textId="3CA70523" w:rsidR="00EE78F4" w:rsidRPr="0005707E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  <w:szCs w:val="16"/>
              </w:rPr>
              <w:t>Horn Valley North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879F3B" w14:textId="6CC9EFE3" w:rsidR="00EE78F4" w:rsidRPr="00DD1526" w:rsidRDefault="00EE78F4" w:rsidP="00135A6B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  <w:szCs w:val="16"/>
              </w:rPr>
              <w:t>$</w:t>
            </w:r>
            <w:r w:rsidRPr="00DD1526">
              <w:rPr>
                <w:b/>
                <w:bCs/>
                <w:color w:val="002060"/>
                <w:sz w:val="16"/>
                <w:szCs w:val="16"/>
              </w:rPr>
              <w:t>3</w:t>
            </w:r>
            <w:r w:rsidR="00B060CB">
              <w:rPr>
                <w:b/>
                <w:bCs/>
                <w:color w:val="002060"/>
                <w:sz w:val="16"/>
                <w:szCs w:val="16"/>
              </w:rPr>
              <w:t>02,990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714912ED" w14:textId="20BB3E07" w:rsidR="00EE78F4" w:rsidRPr="00620542" w:rsidRDefault="00EE78F4" w:rsidP="00135A6B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289,000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063D61" w14:textId="1A9896B1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12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9935FF" w14:textId="3D32A18D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E884CA" w14:textId="0F15C62D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49A8D" w14:textId="7ABEA282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color w:val="002060"/>
                <w:sz w:val="16"/>
              </w:rPr>
              <w:t>2,031</w:t>
            </w:r>
          </w:p>
        </w:tc>
      </w:tr>
      <w:tr w:rsidR="00EE78F4" w14:paraId="1D12E19B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C5AF21" w14:textId="072B1ED8" w:rsidR="00EE78F4" w:rsidRPr="00DD1526" w:rsidRDefault="00620542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11532 SW 38</w:t>
            </w:r>
            <w:r w:rsidRPr="00620542">
              <w:rPr>
                <w:b/>
                <w:bCs/>
                <w:color w:val="002060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16"/>
                <w:szCs w:val="16"/>
              </w:rPr>
              <w:t xml:space="preserve"> Street, Mustang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44C834" w14:textId="6094E2F1" w:rsidR="00EE78F4" w:rsidRPr="0005707E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  <w:szCs w:val="16"/>
              </w:rPr>
              <w:t>Montage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B4BCCF" w14:textId="706846C3" w:rsidR="00EE78F4" w:rsidRPr="00DD1526" w:rsidRDefault="00EE78F4" w:rsidP="00B9657E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</w:rPr>
              <w:t>$2</w:t>
            </w:r>
            <w:r w:rsidR="00620542">
              <w:rPr>
                <w:b/>
                <w:color w:val="002060"/>
                <w:sz w:val="16"/>
              </w:rPr>
              <w:t>42,990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4E1E1E77" w14:textId="4282C5EB" w:rsidR="00EE78F4" w:rsidRPr="00620542" w:rsidRDefault="00EE78F4" w:rsidP="00B9657E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42,000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5B50F" w14:textId="48B01B00" w:rsidR="00EE78F4" w:rsidRPr="0005707E" w:rsidRDefault="00F736EE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color w:val="002060"/>
                <w:sz w:val="16"/>
              </w:rPr>
              <w:t>7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964D78" w14:textId="73CF0BF1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color w:val="002060"/>
                <w:sz w:val="16"/>
              </w:rPr>
              <w:t>3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42F596" w14:textId="413509EF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408310" w14:textId="03AC8841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05707E">
              <w:rPr>
                <w:color w:val="002060"/>
                <w:sz w:val="16"/>
              </w:rPr>
              <w:t>1,</w:t>
            </w:r>
            <w:r w:rsidR="00F736EE">
              <w:rPr>
                <w:color w:val="002060"/>
                <w:sz w:val="16"/>
              </w:rPr>
              <w:t>434</w:t>
            </w:r>
          </w:p>
        </w:tc>
      </w:tr>
      <w:tr w:rsidR="00EE78F4" w14:paraId="565660E0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A06718" w14:textId="78945640" w:rsidR="00EE78F4" w:rsidRPr="00BD3DD3" w:rsidRDefault="00EE78F4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BD3DD3">
              <w:rPr>
                <w:b/>
                <w:bCs/>
                <w:color w:val="002060"/>
                <w:sz w:val="16"/>
                <w:szCs w:val="16"/>
              </w:rPr>
              <w:t>16205 Cherokee Trail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15F87E0" w14:textId="2409539D" w:rsidR="00EE78F4" w:rsidRPr="0005707E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00CA38FB">
              <w:rPr>
                <w:color w:val="002060"/>
                <w:sz w:val="16"/>
                <w:szCs w:val="16"/>
              </w:rPr>
              <w:t>Rose Rock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C47191" w14:textId="2C61AF02" w:rsidR="00EE78F4" w:rsidRPr="00DD1526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</w:rPr>
              <w:t>$27</w:t>
            </w:r>
            <w:r w:rsidR="00F736EE">
              <w:rPr>
                <w:b/>
                <w:color w:val="002060"/>
                <w:sz w:val="16"/>
              </w:rPr>
              <w:t>4,990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6A0E2153" w14:textId="3242A7C1" w:rsidR="00EE78F4" w:rsidRPr="00620542" w:rsidRDefault="00EE78F4" w:rsidP="00B9657E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$27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4</w:t>
            </w:r>
            <w:r w:rsidRPr="00620542">
              <w:rPr>
                <w:b/>
                <w:bCs/>
                <w:color w:val="FF0000"/>
                <w:sz w:val="16"/>
                <w:szCs w:val="16"/>
              </w:rPr>
              <w:t>,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0A208" w14:textId="6D98BC36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CA38FB">
              <w:rPr>
                <w:color w:val="002060"/>
                <w:sz w:val="16"/>
              </w:rPr>
              <w:t>1</w:t>
            </w:r>
            <w:r w:rsidR="00F736EE">
              <w:rPr>
                <w:color w:val="002060"/>
                <w:sz w:val="16"/>
              </w:rPr>
              <w:t>2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240AAE" w14:textId="617671AE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CA38FB">
              <w:rPr>
                <w:color w:val="002060"/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1B163E" w14:textId="08D7935A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CA38FB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7737EC" w14:textId="1BCB2CCE" w:rsidR="00EE78F4" w:rsidRPr="0005707E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CA38FB">
              <w:rPr>
                <w:color w:val="002060"/>
                <w:sz w:val="16"/>
              </w:rPr>
              <w:t>1,831</w:t>
            </w:r>
          </w:p>
        </w:tc>
      </w:tr>
      <w:tr w:rsidR="00EE78F4" w14:paraId="59D959B1" w14:textId="77777777" w:rsidTr="00B060CB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7A950C2" w14:textId="4615D024" w:rsidR="00EE78F4" w:rsidRPr="00BD3DD3" w:rsidRDefault="00F736EE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14209 Still Stream Way</w:t>
            </w:r>
            <w:r w:rsidR="00B060CB" w:rsidRPr="00B060CB">
              <w:rPr>
                <w:b/>
                <w:bCs/>
                <w:color w:val="002060"/>
                <w:sz w:val="16"/>
                <w:szCs w:val="16"/>
              </w:rPr>
              <w:t>, Piedmont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74FF10" w14:textId="2C35C1A3" w:rsidR="00EE78F4" w:rsidRPr="00CA38FB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2CE49B30">
              <w:rPr>
                <w:sz w:val="16"/>
                <w:szCs w:val="16"/>
              </w:rPr>
              <w:t>The Brook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43A244" w14:textId="4FC8B294" w:rsidR="00EE78F4" w:rsidRPr="00DD1526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bCs/>
                <w:color w:val="002060"/>
                <w:sz w:val="16"/>
                <w:szCs w:val="16"/>
              </w:rPr>
              <w:t>$</w:t>
            </w:r>
            <w:r w:rsidR="00B060CB">
              <w:rPr>
                <w:b/>
                <w:bCs/>
                <w:color w:val="002060"/>
                <w:sz w:val="16"/>
                <w:szCs w:val="16"/>
              </w:rPr>
              <w:t>2</w:t>
            </w:r>
            <w:r w:rsidR="00F736EE">
              <w:rPr>
                <w:b/>
                <w:bCs/>
                <w:color w:val="002060"/>
                <w:sz w:val="16"/>
                <w:szCs w:val="16"/>
              </w:rPr>
              <w:t>30</w:t>
            </w:r>
            <w:r w:rsidR="00B060CB">
              <w:rPr>
                <w:b/>
                <w:bCs/>
                <w:color w:val="002060"/>
                <w:sz w:val="16"/>
                <w:szCs w:val="16"/>
              </w:rPr>
              <w:t>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7D063BC9" w14:textId="0E2AD5F9" w:rsidR="00EE78F4" w:rsidRPr="00620542" w:rsidRDefault="00B060CB" w:rsidP="00B9657E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26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,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99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2297C3" w14:textId="3D136DB9" w:rsidR="00EE78F4" w:rsidRPr="00CA38FB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310F6F" w14:textId="5D4C63C0" w:rsidR="00EE78F4" w:rsidRPr="00CA38FB" w:rsidRDefault="00B060CB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C21B90" w14:textId="2C0F17F5" w:rsidR="00EE78F4" w:rsidRPr="00CA38FB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2</w:t>
            </w:r>
            <w:r w:rsidR="00B060CB">
              <w:rPr>
                <w:sz w:val="16"/>
              </w:rPr>
              <w:t>.5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1A7B6E" w14:textId="284E782F" w:rsidR="00EE78F4" w:rsidRPr="00CA38FB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1,</w:t>
            </w:r>
            <w:r w:rsidR="00B060CB">
              <w:rPr>
                <w:sz w:val="16"/>
              </w:rPr>
              <w:t>892</w:t>
            </w:r>
          </w:p>
        </w:tc>
      </w:tr>
      <w:tr w:rsidR="00EE78F4" w14:paraId="1867C009" w14:textId="77777777" w:rsidTr="00F7399B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FBC086" w14:textId="342B12F9" w:rsidR="00EE78F4" w:rsidRPr="00BD3DD3" w:rsidRDefault="00B060CB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8325 NW 59</w:t>
            </w:r>
            <w:r w:rsidRPr="00B060CB">
              <w:rPr>
                <w:b/>
                <w:bCs/>
                <w:color w:val="002060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16"/>
                <w:szCs w:val="16"/>
              </w:rPr>
              <w:t xml:space="preserve"> Street, OKC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B263C2" w14:textId="21A972AF" w:rsidR="00EE78F4" w:rsidRDefault="00EE78F4" w:rsidP="2CE49B30">
            <w:pPr>
              <w:spacing w:line="252" w:lineRule="auto"/>
              <w:jc w:val="center"/>
            </w:pPr>
            <w:r w:rsidRPr="00A20240">
              <w:rPr>
                <w:color w:val="002060"/>
                <w:sz w:val="16"/>
                <w:szCs w:val="16"/>
              </w:rPr>
              <w:t>The Enclave at Blackwood Farms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3ED890" w14:textId="0A3065D4" w:rsidR="00EE78F4" w:rsidRPr="00DD1526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</w:rPr>
              <w:t>$3</w:t>
            </w:r>
            <w:r w:rsidR="00B060CB">
              <w:rPr>
                <w:b/>
                <w:color w:val="002060"/>
                <w:sz w:val="16"/>
              </w:rPr>
              <w:t>32,990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176472B5" w14:textId="278C7BD8" w:rsidR="00EE78F4" w:rsidRPr="00620542" w:rsidRDefault="00EE78F4" w:rsidP="00B9657E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$3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29,000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55FCB7" w14:textId="660FF9B6" w:rsidR="00EE78F4" w:rsidRDefault="00F736EE">
            <w:pPr>
              <w:spacing w:line="252" w:lineRule="auto"/>
              <w:jc w:val="center"/>
            </w:pPr>
            <w:r>
              <w:rPr>
                <w:color w:val="002060"/>
                <w:sz w:val="16"/>
              </w:rPr>
              <w:t>10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778152" w14:textId="6ED2AE5C" w:rsidR="00EE78F4" w:rsidRDefault="00B060CB">
            <w:pPr>
              <w:spacing w:line="252" w:lineRule="auto"/>
              <w:jc w:val="center"/>
            </w:pPr>
            <w:r>
              <w:rPr>
                <w:color w:val="002060"/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8328F9" w14:textId="3ADBEE5A" w:rsidR="00EE78F4" w:rsidRDefault="00B060CB">
            <w:pPr>
              <w:spacing w:line="252" w:lineRule="auto"/>
              <w:jc w:val="center"/>
            </w:pPr>
            <w:r>
              <w:rPr>
                <w:color w:val="002060"/>
                <w:sz w:val="16"/>
              </w:rPr>
              <w:t>3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12932E" w14:textId="5935A9EE" w:rsidR="00EE78F4" w:rsidRDefault="00B060CB">
            <w:pPr>
              <w:spacing w:line="252" w:lineRule="auto"/>
              <w:jc w:val="center"/>
            </w:pPr>
            <w:r>
              <w:rPr>
                <w:color w:val="002060"/>
                <w:sz w:val="16"/>
              </w:rPr>
              <w:t>2,475</w:t>
            </w:r>
          </w:p>
        </w:tc>
      </w:tr>
      <w:tr w:rsidR="00EE78F4" w14:paraId="5DAC4709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6F02FA3" w14:textId="24A10B71" w:rsidR="00EE78F4" w:rsidRPr="00BD3DD3" w:rsidRDefault="00620542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1050</w:t>
            </w:r>
            <w:r w:rsidR="00F736EE">
              <w:rPr>
                <w:b/>
                <w:bCs/>
                <w:color w:val="002060"/>
                <w:sz w:val="16"/>
                <w:szCs w:val="16"/>
              </w:rPr>
              <w:t>1</w:t>
            </w:r>
            <w:r>
              <w:rPr>
                <w:b/>
                <w:bCs/>
                <w:color w:val="002060"/>
                <w:sz w:val="16"/>
                <w:szCs w:val="16"/>
              </w:rPr>
              <w:t xml:space="preserve"> Red Thistle Dr., OKC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786AF8" w14:textId="4A46109D" w:rsidR="00EE78F4" w:rsidRPr="00A20240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00B82599">
              <w:rPr>
                <w:color w:val="002060"/>
                <w:sz w:val="16"/>
                <w:szCs w:val="16"/>
              </w:rPr>
              <w:t>The Enclave at Hefner Crossing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3B92DD" w14:textId="333736C2" w:rsidR="00EE78F4" w:rsidRPr="00DD1526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  <w:szCs w:val="16"/>
              </w:rPr>
              <w:t>$</w:t>
            </w:r>
            <w:r w:rsidR="00F736EE">
              <w:rPr>
                <w:b/>
                <w:bCs/>
                <w:color w:val="002060"/>
                <w:sz w:val="16"/>
                <w:szCs w:val="16"/>
              </w:rPr>
              <w:t>257,590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29EB727A" w14:textId="6832844E" w:rsidR="00EE78F4" w:rsidRPr="00620542" w:rsidRDefault="00EE78F4" w:rsidP="00B9657E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256,000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697EEC" w14:textId="75C11507" w:rsidR="00EE78F4" w:rsidRPr="00A20240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B82599">
              <w:rPr>
                <w:color w:val="002060"/>
                <w:sz w:val="16"/>
              </w:rPr>
              <w:t>1</w:t>
            </w:r>
            <w:r w:rsidR="00F736EE">
              <w:rPr>
                <w:color w:val="002060"/>
                <w:sz w:val="16"/>
              </w:rPr>
              <w:t>1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036E3D" w14:textId="2CF33A81" w:rsidR="00EE78F4" w:rsidRPr="00A20240" w:rsidRDefault="00F736EE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color w:val="002060"/>
                <w:sz w:val="16"/>
              </w:rPr>
              <w:t>3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B6C890" w14:textId="2B04AC52" w:rsidR="00EE78F4" w:rsidRPr="00A20240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B82599">
              <w:rPr>
                <w:color w:val="002060"/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0DFA3B" w14:textId="75DA7DFC" w:rsidR="00EE78F4" w:rsidRPr="00A20240" w:rsidRDefault="00EE78F4">
            <w:pPr>
              <w:spacing w:line="252" w:lineRule="auto"/>
              <w:jc w:val="center"/>
              <w:rPr>
                <w:color w:val="002060"/>
              </w:rPr>
            </w:pPr>
            <w:r w:rsidRPr="00B82599">
              <w:rPr>
                <w:color w:val="002060"/>
                <w:sz w:val="16"/>
              </w:rPr>
              <w:t>1,</w:t>
            </w:r>
            <w:r w:rsidR="00F736EE">
              <w:rPr>
                <w:color w:val="002060"/>
                <w:sz w:val="16"/>
              </w:rPr>
              <w:t>489</w:t>
            </w:r>
          </w:p>
        </w:tc>
      </w:tr>
      <w:tr w:rsidR="00EE78F4" w14:paraId="49155C92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511BEF" w14:textId="5D6B7E0E" w:rsidR="00EE78F4" w:rsidRPr="00BD3DD3" w:rsidRDefault="00F736EE" w:rsidP="2CE49B30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5001 Maleah Ave</w:t>
            </w:r>
            <w:r w:rsidR="00EE78F4" w:rsidRPr="00BD3DD3">
              <w:rPr>
                <w:b/>
                <w:bCs/>
                <w:color w:val="002060"/>
                <w:sz w:val="16"/>
                <w:szCs w:val="16"/>
              </w:rPr>
              <w:t>, Noble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36746FB" w14:textId="01FEF82D" w:rsidR="00EE78F4" w:rsidRPr="00B82599" w:rsidRDefault="00EE78F4" w:rsidP="2CE49B30">
            <w:pPr>
              <w:spacing w:line="252" w:lineRule="auto"/>
              <w:jc w:val="center"/>
              <w:rPr>
                <w:color w:val="002060"/>
              </w:rPr>
            </w:pPr>
            <w:r w:rsidRPr="2CE49B30">
              <w:rPr>
                <w:sz w:val="16"/>
                <w:szCs w:val="16"/>
              </w:rPr>
              <w:t>The Woods at Noble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433EAF" w14:textId="7F0F0579" w:rsidR="00EE78F4" w:rsidRPr="00DD1526" w:rsidRDefault="00EE78F4" w:rsidP="003C6594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bCs/>
                <w:color w:val="002060"/>
                <w:sz w:val="16"/>
                <w:szCs w:val="16"/>
              </w:rPr>
              <w:t>$2</w:t>
            </w:r>
            <w:r w:rsidR="00F736EE">
              <w:rPr>
                <w:b/>
                <w:bCs/>
                <w:color w:val="002060"/>
                <w:sz w:val="16"/>
                <w:szCs w:val="16"/>
              </w:rPr>
              <w:t>53,990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vAlign w:val="center"/>
          </w:tcPr>
          <w:p w14:paraId="4017D051" w14:textId="0705C933" w:rsidR="00EE78F4" w:rsidRPr="00620542" w:rsidRDefault="00EE78F4" w:rsidP="003C6594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F736EE">
              <w:rPr>
                <w:b/>
                <w:bCs/>
                <w:color w:val="FF0000"/>
                <w:sz w:val="16"/>
                <w:szCs w:val="16"/>
              </w:rPr>
              <w:t>53,990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F18D26" w14:textId="157DEFA8" w:rsidR="00EE78F4" w:rsidRPr="00B82599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D9363B" w14:textId="34E6F2C1" w:rsidR="00EE78F4" w:rsidRPr="00B82599" w:rsidRDefault="00F736EE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A8CB7E" w14:textId="3567B5A3" w:rsidR="00EE78F4" w:rsidRPr="00B82599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71DC7D" w14:textId="051B9307" w:rsidR="00EE78F4" w:rsidRPr="00B82599" w:rsidRDefault="00EE78F4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sz w:val="16"/>
              </w:rPr>
              <w:t>1,</w:t>
            </w:r>
            <w:r w:rsidR="00F736EE">
              <w:rPr>
                <w:sz w:val="16"/>
              </w:rPr>
              <w:t>600</w:t>
            </w:r>
          </w:p>
        </w:tc>
      </w:tr>
      <w:tr w:rsidR="00EE78F4" w14:paraId="4109F49D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5584960" w14:textId="68A417B1" w:rsidR="00EE78F4" w:rsidRPr="003F11C3" w:rsidRDefault="00EE78F4" w:rsidP="002452EA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  <w:highlight w:val="yellow"/>
              </w:rPr>
            </w:pPr>
            <w:r w:rsidRPr="00620542">
              <w:rPr>
                <w:b/>
                <w:bCs/>
                <w:color w:val="002060"/>
                <w:sz w:val="16"/>
                <w:szCs w:val="16"/>
              </w:rPr>
              <w:t>10</w:t>
            </w:r>
            <w:r w:rsidR="00B83A1F" w:rsidRPr="00620542">
              <w:rPr>
                <w:b/>
                <w:bCs/>
                <w:color w:val="002060"/>
                <w:sz w:val="16"/>
                <w:szCs w:val="16"/>
              </w:rPr>
              <w:t>21</w:t>
            </w:r>
            <w:r w:rsidRPr="00620542">
              <w:rPr>
                <w:b/>
                <w:bCs/>
                <w:color w:val="002060"/>
                <w:sz w:val="16"/>
                <w:szCs w:val="16"/>
              </w:rPr>
              <w:t xml:space="preserve"> S Bear Lane, Mustang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4A9357" w14:textId="6CA1E3D7" w:rsidR="00EE78F4" w:rsidRDefault="00EE78F4" w:rsidP="002452EA">
            <w:pPr>
              <w:spacing w:line="252" w:lineRule="auto"/>
              <w:jc w:val="center"/>
            </w:pPr>
            <w:r w:rsidRPr="2CE49B30">
              <w:rPr>
                <w:sz w:val="16"/>
                <w:szCs w:val="16"/>
              </w:rPr>
              <w:t>Wild Horse Canyon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84A90E" w14:textId="5ABC25BF" w:rsidR="00EE78F4" w:rsidRPr="00DD1526" w:rsidRDefault="00EE78F4" w:rsidP="002452EA">
            <w:pPr>
              <w:spacing w:line="252" w:lineRule="auto"/>
              <w:jc w:val="center"/>
              <w:rPr>
                <w:color w:val="002060"/>
              </w:rPr>
            </w:pPr>
            <w:r>
              <w:rPr>
                <w:b/>
                <w:color w:val="002060"/>
                <w:sz w:val="16"/>
                <w:szCs w:val="16"/>
              </w:rPr>
              <w:t>$2</w:t>
            </w:r>
            <w:r w:rsidR="00620542">
              <w:rPr>
                <w:b/>
                <w:color w:val="002060"/>
                <w:sz w:val="16"/>
                <w:szCs w:val="16"/>
              </w:rPr>
              <w:t>82,990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06947ED8" w14:textId="4F5C03CC" w:rsidR="00EE78F4" w:rsidRPr="00620542" w:rsidRDefault="00EE78F4" w:rsidP="002452EA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82,000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FE9992" w14:textId="0E5BD846" w:rsidR="00EE78F4" w:rsidRDefault="00F736EE" w:rsidP="002452EA">
            <w:pPr>
              <w:spacing w:line="252" w:lineRule="auto"/>
              <w:jc w:val="center"/>
            </w:pPr>
            <w:r>
              <w:rPr>
                <w:sz w:val="16"/>
              </w:rPr>
              <w:t>06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C3D751" w14:textId="2EFB1B52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643A39" w14:textId="1A3694A9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8504B3" w14:textId="4EBE5115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1,</w:t>
            </w:r>
            <w:r w:rsidR="00F736EE">
              <w:rPr>
                <w:sz w:val="16"/>
              </w:rPr>
              <w:t>796</w:t>
            </w:r>
          </w:p>
        </w:tc>
      </w:tr>
      <w:tr w:rsidR="00EE78F4" w14:paraId="4AC18F5A" w14:textId="77777777" w:rsidTr="00683CC9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B2E6C2" w14:textId="798999EE" w:rsidR="00EE78F4" w:rsidRPr="004C213E" w:rsidRDefault="00EE78F4" w:rsidP="002452EA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  <w:highlight w:val="yellow"/>
              </w:rPr>
            </w:pPr>
            <w:r w:rsidRPr="00BD3DD3">
              <w:rPr>
                <w:b/>
                <w:bCs/>
                <w:color w:val="002060"/>
                <w:sz w:val="16"/>
                <w:szCs w:val="16"/>
              </w:rPr>
              <w:t>43</w:t>
            </w:r>
            <w:r w:rsidR="00683CC9">
              <w:rPr>
                <w:b/>
                <w:bCs/>
                <w:color w:val="002060"/>
                <w:sz w:val="16"/>
                <w:szCs w:val="16"/>
              </w:rPr>
              <w:t>00</w:t>
            </w:r>
            <w:r w:rsidRPr="00BD3DD3">
              <w:rPr>
                <w:b/>
                <w:bCs/>
                <w:color w:val="002060"/>
                <w:sz w:val="16"/>
                <w:szCs w:val="16"/>
              </w:rPr>
              <w:t xml:space="preserve"> Dusty Trail, Norman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0A11EB" w14:textId="2C093AEA" w:rsidR="00EE78F4" w:rsidRDefault="00EE78F4" w:rsidP="002452EA">
            <w:pPr>
              <w:spacing w:line="252" w:lineRule="auto"/>
              <w:jc w:val="center"/>
            </w:pPr>
            <w:r w:rsidRPr="2CE49B30">
              <w:rPr>
                <w:sz w:val="16"/>
                <w:szCs w:val="16"/>
              </w:rPr>
              <w:t>Windstone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76A65A" w14:textId="418FE06F" w:rsidR="00EE78F4" w:rsidRPr="00DD1526" w:rsidRDefault="00EE78F4" w:rsidP="002452EA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  <w:szCs w:val="16"/>
              </w:rPr>
              <w:t>$</w:t>
            </w:r>
            <w:r w:rsidRPr="00DD1526">
              <w:rPr>
                <w:b/>
                <w:bCs/>
                <w:color w:val="002060"/>
                <w:sz w:val="16"/>
                <w:szCs w:val="16"/>
              </w:rPr>
              <w:t>439</w:t>
            </w:r>
            <w:r w:rsidRPr="00DD1526">
              <w:rPr>
                <w:b/>
                <w:color w:val="002060"/>
                <w:sz w:val="16"/>
                <w:szCs w:val="16"/>
              </w:rPr>
              <w:t>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3C39852E" w14:textId="5AA94AA5" w:rsidR="00EE78F4" w:rsidRPr="00620542" w:rsidRDefault="00EE78F4" w:rsidP="002452EA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</w:t>
            </w:r>
            <w:r w:rsidR="00683CC9" w:rsidRPr="00620542">
              <w:rPr>
                <w:b/>
                <w:bCs/>
                <w:color w:val="FF0000"/>
                <w:sz w:val="16"/>
                <w:szCs w:val="16"/>
              </w:rPr>
              <w:t>4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29,000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D1044D" w14:textId="3EA17F98" w:rsidR="00EE78F4" w:rsidRDefault="00634E3E" w:rsidP="002452EA">
            <w:pPr>
              <w:spacing w:line="252" w:lineRule="auto"/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55DCC4" w14:textId="725C36DD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9DB5E7" w14:textId="77012E20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C10E0A" w14:textId="318F430B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2,475</w:t>
            </w:r>
          </w:p>
        </w:tc>
      </w:tr>
      <w:tr w:rsidR="00EE78F4" w14:paraId="5FC9A10A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F530EE0" w14:textId="3EB6F584" w:rsidR="00EE78F4" w:rsidRPr="00BD3DD3" w:rsidRDefault="00EE78F4" w:rsidP="002452EA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 w:rsidRPr="00BD3DD3">
              <w:rPr>
                <w:b/>
                <w:bCs/>
                <w:color w:val="002060"/>
                <w:sz w:val="16"/>
                <w:szCs w:val="16"/>
              </w:rPr>
              <w:t>8817 Hidden Meadow Dr, Edmond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35920A8" w14:textId="69001C97" w:rsidR="00EE78F4" w:rsidRDefault="00EE78F4" w:rsidP="002452EA">
            <w:pPr>
              <w:spacing w:line="252" w:lineRule="auto"/>
              <w:jc w:val="center"/>
            </w:pPr>
            <w:r w:rsidRPr="2CE49B30">
              <w:rPr>
                <w:sz w:val="16"/>
                <w:szCs w:val="16"/>
              </w:rPr>
              <w:t>Woodland Park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46C4D0" w14:textId="268C7975" w:rsidR="00EE78F4" w:rsidRPr="00DD1526" w:rsidRDefault="00EE78F4" w:rsidP="002452EA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bCs/>
                <w:color w:val="002060"/>
                <w:sz w:val="16"/>
                <w:szCs w:val="16"/>
              </w:rPr>
              <w:t>$484,340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</w:tcPr>
          <w:p w14:paraId="66C792DD" w14:textId="2769C9D8" w:rsidR="00EE78F4" w:rsidRPr="00620542" w:rsidRDefault="00EE78F4" w:rsidP="002452EA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$47</w:t>
            </w:r>
            <w:r w:rsidR="00620542" w:rsidRPr="00620542">
              <w:rPr>
                <w:b/>
                <w:bCs/>
                <w:color w:val="FF0000"/>
                <w:sz w:val="16"/>
                <w:szCs w:val="16"/>
              </w:rPr>
              <w:t>4,000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853697" w14:textId="38340083" w:rsidR="00EE78F4" w:rsidRDefault="00634E3E" w:rsidP="002452EA">
            <w:pPr>
              <w:spacing w:line="252" w:lineRule="auto"/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C2995D" w14:textId="13F10730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AB7477" w14:textId="3C378CD0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7FB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F5C6F6" w14:textId="41103B3F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2,305</w:t>
            </w:r>
          </w:p>
        </w:tc>
      </w:tr>
      <w:tr w:rsidR="00EE78F4" w14:paraId="544BEFEE" w14:textId="77777777" w:rsidTr="001D7743">
        <w:trPr>
          <w:jc w:val="center"/>
        </w:trPr>
        <w:tc>
          <w:tcPr>
            <w:tcW w:w="3716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E1BDF2A" w14:textId="4E2F2F02" w:rsidR="00EE78F4" w:rsidRPr="00BD3DD3" w:rsidRDefault="00634E3E" w:rsidP="002452EA">
            <w:pPr>
              <w:spacing w:line="252" w:lineRule="auto"/>
              <w:jc w:val="center"/>
              <w:rPr>
                <w:b/>
                <w:bCs/>
                <w:color w:val="002060"/>
                <w:sz w:val="16"/>
                <w:szCs w:val="16"/>
              </w:rPr>
            </w:pPr>
            <w:r>
              <w:rPr>
                <w:b/>
                <w:bCs/>
                <w:color w:val="002060"/>
                <w:sz w:val="16"/>
                <w:szCs w:val="16"/>
              </w:rPr>
              <w:t>1572 NW 7</w:t>
            </w:r>
            <w:r w:rsidRPr="00634E3E">
              <w:rPr>
                <w:b/>
                <w:bCs/>
                <w:color w:val="002060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002060"/>
                <w:sz w:val="16"/>
                <w:szCs w:val="16"/>
              </w:rPr>
              <w:t xml:space="preserve"> St</w:t>
            </w:r>
            <w:r w:rsidR="00EE78F4" w:rsidRPr="00DD1526">
              <w:rPr>
                <w:b/>
                <w:bCs/>
                <w:color w:val="002060"/>
                <w:sz w:val="16"/>
                <w:szCs w:val="16"/>
              </w:rPr>
              <w:t>, Newcastle</w:t>
            </w:r>
          </w:p>
        </w:tc>
        <w:tc>
          <w:tcPr>
            <w:tcW w:w="280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7FE653" w14:textId="240D054E" w:rsidR="00EE78F4" w:rsidRDefault="00EE78F4" w:rsidP="002452EA">
            <w:pPr>
              <w:spacing w:line="252" w:lineRule="auto"/>
              <w:jc w:val="center"/>
            </w:pPr>
            <w:r w:rsidRPr="2CE49B30">
              <w:rPr>
                <w:sz w:val="16"/>
                <w:szCs w:val="16"/>
              </w:rPr>
              <w:t>Wyndemere</w:t>
            </w:r>
          </w:p>
        </w:tc>
        <w:tc>
          <w:tcPr>
            <w:tcW w:w="206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83535F" w14:textId="698647C0" w:rsidR="00EE78F4" w:rsidRPr="00DD1526" w:rsidRDefault="00EE78F4" w:rsidP="002452EA">
            <w:pPr>
              <w:spacing w:line="252" w:lineRule="auto"/>
              <w:jc w:val="center"/>
              <w:rPr>
                <w:color w:val="002060"/>
              </w:rPr>
            </w:pPr>
            <w:r w:rsidRPr="00DD1526">
              <w:rPr>
                <w:b/>
                <w:color w:val="002060"/>
                <w:sz w:val="16"/>
                <w:szCs w:val="16"/>
              </w:rPr>
              <w:t>$</w:t>
            </w:r>
            <w:r w:rsidRPr="00DD1526">
              <w:rPr>
                <w:b/>
                <w:bCs/>
                <w:color w:val="002060"/>
                <w:sz w:val="16"/>
                <w:szCs w:val="16"/>
              </w:rPr>
              <w:t>2</w:t>
            </w:r>
            <w:r w:rsidR="00634E3E">
              <w:rPr>
                <w:b/>
                <w:bCs/>
                <w:color w:val="002060"/>
                <w:sz w:val="16"/>
                <w:szCs w:val="16"/>
              </w:rPr>
              <w:t>79,990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</w:tcPr>
          <w:p w14:paraId="10CD5DD0" w14:textId="14ADF7A0" w:rsidR="00EE78F4" w:rsidRPr="00620542" w:rsidRDefault="00EE78F4" w:rsidP="002452EA">
            <w:pPr>
              <w:spacing w:line="252" w:lineRule="auto"/>
              <w:jc w:val="center"/>
              <w:rPr>
                <w:color w:val="FF0000"/>
                <w:sz w:val="16"/>
              </w:rPr>
            </w:pPr>
            <w:r w:rsidRPr="00620542">
              <w:rPr>
                <w:b/>
                <w:bCs/>
                <w:color w:val="FF0000"/>
                <w:sz w:val="16"/>
                <w:szCs w:val="16"/>
              </w:rPr>
              <w:t>$2</w:t>
            </w:r>
            <w:r w:rsidR="00634E3E">
              <w:rPr>
                <w:b/>
                <w:bCs/>
                <w:color w:val="FF0000"/>
                <w:sz w:val="16"/>
                <w:szCs w:val="16"/>
              </w:rPr>
              <w:t>69,000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2B7304" w14:textId="6052B3E1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1</w:t>
            </w:r>
            <w:r w:rsidR="00634E3E">
              <w:rPr>
                <w:sz w:val="16"/>
              </w:rPr>
              <w:t>2</w:t>
            </w:r>
          </w:p>
        </w:tc>
        <w:tc>
          <w:tcPr>
            <w:tcW w:w="153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D048C6" w14:textId="242FCED5" w:rsidR="00EE78F4" w:rsidRDefault="00634E3E" w:rsidP="002452EA">
            <w:pPr>
              <w:spacing w:line="252" w:lineRule="auto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47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7C039E" w14:textId="7808732F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4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8E3FF9" w14:textId="1C65EFB3" w:rsidR="00EE78F4" w:rsidRDefault="00EE78F4" w:rsidP="002452EA">
            <w:pPr>
              <w:spacing w:line="252" w:lineRule="auto"/>
              <w:jc w:val="center"/>
            </w:pPr>
            <w:r>
              <w:rPr>
                <w:sz w:val="16"/>
              </w:rPr>
              <w:t>1,</w:t>
            </w:r>
            <w:r w:rsidR="00634E3E">
              <w:rPr>
                <w:sz w:val="16"/>
              </w:rPr>
              <w:t>796</w:t>
            </w:r>
          </w:p>
        </w:tc>
      </w:tr>
    </w:tbl>
    <w:p w14:paraId="2C3306E4" w14:textId="77777777" w:rsidR="006309D5" w:rsidRDefault="00000000">
      <w:pPr>
        <w:spacing w:before="160"/>
        <w:jc w:val="right"/>
      </w:pPr>
      <w:r>
        <w:rPr>
          <w:i/>
          <w:color w:val="595959"/>
        </w:rPr>
        <w:t>Total homes: 15</w:t>
      </w:r>
    </w:p>
    <w:sectPr w:rsidR="006309D5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EnuhVSq1qtsFE" int2:id="cqKb2lg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8868936">
    <w:abstractNumId w:val="8"/>
  </w:num>
  <w:num w:numId="2" w16cid:durableId="458186968">
    <w:abstractNumId w:val="6"/>
  </w:num>
  <w:num w:numId="3" w16cid:durableId="66614609">
    <w:abstractNumId w:val="5"/>
  </w:num>
  <w:num w:numId="4" w16cid:durableId="83379205">
    <w:abstractNumId w:val="4"/>
  </w:num>
  <w:num w:numId="5" w16cid:durableId="1021931433">
    <w:abstractNumId w:val="7"/>
  </w:num>
  <w:num w:numId="6" w16cid:durableId="1782721665">
    <w:abstractNumId w:val="3"/>
  </w:num>
  <w:num w:numId="7" w16cid:durableId="212621874">
    <w:abstractNumId w:val="2"/>
  </w:num>
  <w:num w:numId="8" w16cid:durableId="452527483">
    <w:abstractNumId w:val="1"/>
  </w:num>
  <w:num w:numId="9" w16cid:durableId="395514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1A9"/>
    <w:rsid w:val="00034616"/>
    <w:rsid w:val="000417AE"/>
    <w:rsid w:val="0005707E"/>
    <w:rsid w:val="0006063C"/>
    <w:rsid w:val="00061947"/>
    <w:rsid w:val="000670F7"/>
    <w:rsid w:val="00083328"/>
    <w:rsid w:val="000908E9"/>
    <w:rsid w:val="000A6A13"/>
    <w:rsid w:val="000B0715"/>
    <w:rsid w:val="000E22A6"/>
    <w:rsid w:val="000E506B"/>
    <w:rsid w:val="00101E4A"/>
    <w:rsid w:val="001240A2"/>
    <w:rsid w:val="00132351"/>
    <w:rsid w:val="00135A6B"/>
    <w:rsid w:val="0015074B"/>
    <w:rsid w:val="001E22B8"/>
    <w:rsid w:val="00203A35"/>
    <w:rsid w:val="00204AC3"/>
    <w:rsid w:val="002305FD"/>
    <w:rsid w:val="002447FF"/>
    <w:rsid w:val="002452EA"/>
    <w:rsid w:val="00251598"/>
    <w:rsid w:val="002651B1"/>
    <w:rsid w:val="0029639D"/>
    <w:rsid w:val="002C6112"/>
    <w:rsid w:val="002E7C48"/>
    <w:rsid w:val="002F1ACC"/>
    <w:rsid w:val="00326F90"/>
    <w:rsid w:val="00362AA9"/>
    <w:rsid w:val="0038677D"/>
    <w:rsid w:val="003973CD"/>
    <w:rsid w:val="003C6594"/>
    <w:rsid w:val="003F11C3"/>
    <w:rsid w:val="00412535"/>
    <w:rsid w:val="00431AA4"/>
    <w:rsid w:val="004362D4"/>
    <w:rsid w:val="00450AC7"/>
    <w:rsid w:val="004B23C1"/>
    <w:rsid w:val="004C213E"/>
    <w:rsid w:val="005152F5"/>
    <w:rsid w:val="00531C3F"/>
    <w:rsid w:val="00533DCE"/>
    <w:rsid w:val="00577A06"/>
    <w:rsid w:val="005A0CF4"/>
    <w:rsid w:val="005B3199"/>
    <w:rsid w:val="005C6DB7"/>
    <w:rsid w:val="00602B8C"/>
    <w:rsid w:val="00620542"/>
    <w:rsid w:val="006309D5"/>
    <w:rsid w:val="00634E3E"/>
    <w:rsid w:val="00683CC9"/>
    <w:rsid w:val="006E070E"/>
    <w:rsid w:val="006F4FFB"/>
    <w:rsid w:val="0073152E"/>
    <w:rsid w:val="007848E4"/>
    <w:rsid w:val="00810F81"/>
    <w:rsid w:val="00811405"/>
    <w:rsid w:val="00814533"/>
    <w:rsid w:val="00851C0E"/>
    <w:rsid w:val="00853310"/>
    <w:rsid w:val="00864464"/>
    <w:rsid w:val="00893763"/>
    <w:rsid w:val="008C2202"/>
    <w:rsid w:val="008E5822"/>
    <w:rsid w:val="00943CBF"/>
    <w:rsid w:val="009764C7"/>
    <w:rsid w:val="00996415"/>
    <w:rsid w:val="009A323B"/>
    <w:rsid w:val="009A6C2A"/>
    <w:rsid w:val="009C60F3"/>
    <w:rsid w:val="009E20AF"/>
    <w:rsid w:val="00A01B80"/>
    <w:rsid w:val="00A10945"/>
    <w:rsid w:val="00A20240"/>
    <w:rsid w:val="00A32F52"/>
    <w:rsid w:val="00A5350D"/>
    <w:rsid w:val="00A567BF"/>
    <w:rsid w:val="00AA1D8D"/>
    <w:rsid w:val="00B060CB"/>
    <w:rsid w:val="00B07ABB"/>
    <w:rsid w:val="00B2503E"/>
    <w:rsid w:val="00B25565"/>
    <w:rsid w:val="00B47730"/>
    <w:rsid w:val="00B55687"/>
    <w:rsid w:val="00B754EA"/>
    <w:rsid w:val="00B82599"/>
    <w:rsid w:val="00B83A1F"/>
    <w:rsid w:val="00B9657E"/>
    <w:rsid w:val="00BC50FE"/>
    <w:rsid w:val="00BD3DD3"/>
    <w:rsid w:val="00BE2C5B"/>
    <w:rsid w:val="00C229A8"/>
    <w:rsid w:val="00C32746"/>
    <w:rsid w:val="00C643A6"/>
    <w:rsid w:val="00CA38FB"/>
    <w:rsid w:val="00CB0664"/>
    <w:rsid w:val="00CE59ED"/>
    <w:rsid w:val="00CE6710"/>
    <w:rsid w:val="00D36C74"/>
    <w:rsid w:val="00D65455"/>
    <w:rsid w:val="00D832E3"/>
    <w:rsid w:val="00DA53A2"/>
    <w:rsid w:val="00DB445D"/>
    <w:rsid w:val="00DC3F03"/>
    <w:rsid w:val="00DD1526"/>
    <w:rsid w:val="00E20702"/>
    <w:rsid w:val="00E4259E"/>
    <w:rsid w:val="00E6442E"/>
    <w:rsid w:val="00E64443"/>
    <w:rsid w:val="00E82F10"/>
    <w:rsid w:val="00EB5999"/>
    <w:rsid w:val="00EE78F4"/>
    <w:rsid w:val="00EF6022"/>
    <w:rsid w:val="00F034A9"/>
    <w:rsid w:val="00F12BC5"/>
    <w:rsid w:val="00F239D5"/>
    <w:rsid w:val="00F26CD1"/>
    <w:rsid w:val="00F65217"/>
    <w:rsid w:val="00F736EE"/>
    <w:rsid w:val="00F7399B"/>
    <w:rsid w:val="00F91207"/>
    <w:rsid w:val="00FC693F"/>
    <w:rsid w:val="00FE6E3C"/>
    <w:rsid w:val="012E47EB"/>
    <w:rsid w:val="095F6B14"/>
    <w:rsid w:val="1E6C0CD2"/>
    <w:rsid w:val="2CE49B30"/>
    <w:rsid w:val="2F72D7B9"/>
    <w:rsid w:val="57625383"/>
    <w:rsid w:val="5EDF1401"/>
    <w:rsid w:val="65D780A2"/>
    <w:rsid w:val="7B1871A0"/>
    <w:rsid w:val="7DAB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F86F24B-6D03-473B-A3E4-4F1EED1F5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503b24-d60f-40de-a0f4-0d2c5c99ddd9}" enabled="0" method="" siteId="{80503b24-d60f-40de-a0f4-0d2c5c99dd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1073</Characters>
  <Application>Microsoft Office Word</Application>
  <DocSecurity>0</DocSecurity>
  <Lines>134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Reese Elizabeth Brown</dc:creator>
  <cp:keywords/>
  <dc:description>generated by python-docx</dc:description>
  <cp:lastModifiedBy>Reese Elizabeth Brown</cp:lastModifiedBy>
  <cp:revision>2</cp:revision>
  <dcterms:created xsi:type="dcterms:W3CDTF">2026-10-14T17:11:00Z</dcterms:created>
  <dcterms:modified xsi:type="dcterms:W3CDTF">2026-10-14T17:11:00Z</dcterms:modified>
  <cp:category/>
</cp:coreProperties>
</file>